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C2DF" w14:textId="77777777" w:rsidR="002124F6" w:rsidRDefault="00000000">
      <w:pPr>
        <w:pStyle w:val="Cm"/>
        <w:jc w:val="center"/>
      </w:pPr>
      <w:r>
        <w:t>JÁTÉKSZABÁLYZAT – LEGO® NYEREMÉNYJÁTÉK</w:t>
      </w:r>
    </w:p>
    <w:p w14:paraId="328995AE" w14:textId="77777777" w:rsidR="002124F6" w:rsidRDefault="00000000">
      <w:pPr>
        <w:jc w:val="center"/>
      </w:pPr>
      <w:r>
        <w:rPr>
          <w:b/>
          <w:sz w:val="24"/>
        </w:rPr>
        <w:t>„3 sorsolás, 3 LEGO® álomcsomag a Játékszigetnél!”</w:t>
      </w:r>
    </w:p>
    <w:p w14:paraId="633FF9EE" w14:textId="77777777" w:rsidR="002124F6" w:rsidRDefault="00000000">
      <w:pPr>
        <w:jc w:val="center"/>
      </w:pPr>
      <w:r>
        <w:rPr>
          <w:i/>
        </w:rPr>
        <w:t>Kérjük, hogy a részvétel előtt figyelmesen olvasd el a játékszabályzatot. A nyereményjátékban való részvétellel a résztvevő elfogadja az alábbi feltételeket.</w:t>
      </w:r>
    </w:p>
    <w:p w14:paraId="28640D1F" w14:textId="77777777" w:rsidR="002124F6" w:rsidRDefault="00000000">
      <w:pPr>
        <w:pStyle w:val="Cmsor1"/>
      </w:pPr>
      <w:r>
        <w:t>1. A JÁTÉK SZERVEZŐJE</w:t>
      </w:r>
    </w:p>
    <w:p w14:paraId="21581E67" w14:textId="77777777" w:rsidR="002124F6" w:rsidRDefault="00000000">
      <w:r>
        <w:t>1.1. A „3 sorsolás, 3 LEGO® álomcsomag a Játékszigetnél!” elnevezésű nyereményjáték (a továbbiakban: „Játék”) szervezője a Replica 2017 Kft. (székhely: 1111 Budapest, Bartók Béla út 52.; a továbbiakban: „Szervező”), amely a Játéksziget webshopot üzemelteti.</w:t>
      </w:r>
    </w:p>
    <w:p w14:paraId="4C931B7A" w14:textId="77777777" w:rsidR="002124F6" w:rsidRDefault="00000000">
      <w:r>
        <w:t>1.2. A Játék a Játéksziget hírlevél-feliratkozói számára kerül meghirdetésre. A Játék lebonyolítását a Szervező végzi.</w:t>
      </w:r>
    </w:p>
    <w:p w14:paraId="4291EACA" w14:textId="77777777" w:rsidR="002124F6" w:rsidRDefault="00000000">
      <w:pPr>
        <w:pStyle w:val="Cmsor1"/>
      </w:pPr>
      <w:r>
        <w:t>2. RÉSZVÉTELI FELTÉTELEK</w:t>
      </w:r>
    </w:p>
    <w:p w14:paraId="72E92E8E" w14:textId="77777777" w:rsidR="002124F6" w:rsidRDefault="00000000">
      <w:r>
        <w:t>2.1. A Játékban kizárólag 18. életévüket betöltött, magyarországi lakóhellyel rendelkező, cselekvőképes természetes személyek vehetnek részt, akik a Játék időtartama alatt érvényesen feliratkoznak a Játéksziget hírlevelére, vagy a Játék időtartama alatt érvényes hírlevél-feliratkozással rendelkeznek, és megfelelnek a jelen játékszabályzatban foglalt feltételeknek.</w:t>
      </w:r>
    </w:p>
    <w:p w14:paraId="76AC025B" w14:textId="77777777" w:rsidR="002124F6" w:rsidRDefault="00000000">
      <w:r>
        <w:t xml:space="preserve">2.2. A Játékban való részvétel feltétele a Játéksziget hírlevelére történő érvényes feliratkozás, valamint a jelen játékszabályzat feltételeinek elfogadása. A részvétel </w:t>
      </w:r>
      <w:proofErr w:type="spellStart"/>
      <w:r>
        <w:t>ingyenes</w:t>
      </w:r>
      <w:proofErr w:type="spellEnd"/>
      <w:r>
        <w:t xml:space="preserve">, </w:t>
      </w:r>
      <w:proofErr w:type="spellStart"/>
      <w:r>
        <w:t>vásárlás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szükséges</w:t>
      </w:r>
      <w:proofErr w:type="spellEnd"/>
      <w:r>
        <w:t>.</w:t>
      </w:r>
    </w:p>
    <w:p w14:paraId="2B37B6CB" w14:textId="5B63D9CF" w:rsidR="00A45F91" w:rsidRDefault="00A45F91">
      <w:proofErr w:type="spellStart"/>
      <w:r w:rsidRPr="00A45F91">
        <w:rPr>
          <w:b/>
          <w:bCs/>
        </w:rPr>
        <w:t>Hírlevél</w:t>
      </w:r>
      <w:proofErr w:type="spellEnd"/>
      <w:r w:rsidRPr="00A45F91">
        <w:rPr>
          <w:b/>
          <w:bCs/>
        </w:rPr>
        <w:t xml:space="preserve"> </w:t>
      </w:r>
      <w:proofErr w:type="spellStart"/>
      <w:r w:rsidRPr="00A45F91">
        <w:rPr>
          <w:b/>
          <w:bCs/>
        </w:rPr>
        <w:t>feliratkozás</w:t>
      </w:r>
      <w:proofErr w:type="spellEnd"/>
      <w:r w:rsidRPr="00A45F91">
        <w:rPr>
          <w:b/>
          <w:bCs/>
        </w:rPr>
        <w:t xml:space="preserve"> </w:t>
      </w:r>
      <w:proofErr w:type="spellStart"/>
      <w:r w:rsidRPr="00A45F91">
        <w:rPr>
          <w:b/>
          <w:bCs/>
        </w:rPr>
        <w:t>itt</w:t>
      </w:r>
      <w:proofErr w:type="spellEnd"/>
      <w:r w:rsidRPr="00A45F91">
        <w:rPr>
          <w:b/>
          <w:bCs/>
        </w:rPr>
        <w:t xml:space="preserve"> </w:t>
      </w:r>
      <w:proofErr w:type="spellStart"/>
      <w:r w:rsidRPr="00A45F91">
        <w:rPr>
          <w:b/>
          <w:bCs/>
        </w:rPr>
        <w:t>elérhető</w:t>
      </w:r>
      <w:proofErr w:type="spellEnd"/>
      <w:r>
        <w:t>:</w:t>
      </w:r>
      <w:r w:rsidRPr="00A45F91">
        <w:t xml:space="preserve"> </w:t>
      </w:r>
      <w:hyperlink r:id="rId6" w:history="1">
        <w:r w:rsidRPr="008C1AFF">
          <w:rPr>
            <w:rStyle w:val="Hiperhivatkozs"/>
          </w:rPr>
          <w:t>https://www.jateksziget.hu/hirlevel-feliratkozas</w:t>
        </w:r>
      </w:hyperlink>
    </w:p>
    <w:p w14:paraId="3FE3582B" w14:textId="77777777" w:rsidR="002124F6" w:rsidRDefault="00000000">
      <w:r>
        <w:t>2.3. A Játékban való részvételhez elegendő egyszer feliratkozni a hírlevélre. Az érvényesen feliratkozott résztvevők külön jelentkezés nélkül mindhárom sorsoláson részt vesznek.</w:t>
      </w:r>
    </w:p>
    <w:p w14:paraId="0FBA2DE2" w14:textId="77777777" w:rsidR="002124F6" w:rsidRDefault="00000000">
      <w:r>
        <w:t>2.4. A feliratkozás során megadott e-mail-címnek érvényesnek és a résztvevő által elérhetőnek kell lennie, mivel a Szervező ezen az e-mail-címen értesíti a nyerteseket.</w:t>
      </w:r>
    </w:p>
    <w:p w14:paraId="747EFCC8" w14:textId="77777777" w:rsidR="002124F6" w:rsidRDefault="00000000">
      <w:r>
        <w:t>2.5. A Játékból ki vannak zárva a Szervező munkavállalói, valamint a vonatkozó jogszabályok szerinti közeli hozzátartozóik.</w:t>
      </w:r>
    </w:p>
    <w:p w14:paraId="46B48203" w14:textId="77777777" w:rsidR="002124F6" w:rsidRDefault="00000000">
      <w:r>
        <w:t>2.6. A Szervező jogosult ellenőrizni, hogy a résztvevők megfelelnek-e a játékszabályzatban meghatározott feltételeknek. A feltételeknek nem megfelelő, valótlan adatokat megadó vagy a Játék tisztaságát sértő résztvevő a Játékból kizárható.</w:t>
      </w:r>
    </w:p>
    <w:p w14:paraId="15EC8296" w14:textId="77777777" w:rsidR="002124F6" w:rsidRDefault="00000000">
      <w:r>
        <w:t>2.7. A résztvevő felel azért, hogy a feliratkozás során megadott adatok pontosak és naprakészek legyenek. A hibás vagy elérhetetlen e-mail-cím miatt meghiúsult értesítésért a Szervező felelősséget nem vállal.</w:t>
      </w:r>
    </w:p>
    <w:p w14:paraId="2D5A71A3" w14:textId="77777777" w:rsidR="002124F6" w:rsidRDefault="00000000">
      <w:r>
        <w:t>2.8. A Szervező kizárhatja azokat a résztvevőket, akik tisztességtelen vagy megtévesztő módon próbálják növelni nyerési esélyeiket, illetve a Játék lebonyolítását bármilyen módon akadályozzák.</w:t>
      </w:r>
    </w:p>
    <w:p w14:paraId="01C63616" w14:textId="77777777" w:rsidR="002124F6" w:rsidRDefault="00000000">
      <w:pPr>
        <w:pStyle w:val="Cmsor1"/>
      </w:pPr>
      <w:r>
        <w:t>3. A JÁTÉK IDŐTARTAMA</w:t>
      </w:r>
    </w:p>
    <w:p w14:paraId="2C15A27D" w14:textId="77777777" w:rsidR="002124F6" w:rsidRDefault="00000000">
      <w:r>
        <w:t xml:space="preserve">3.1. </w:t>
      </w:r>
      <w:r w:rsidRPr="00DA5DCC">
        <w:rPr>
          <w:b/>
          <w:bCs/>
        </w:rPr>
        <w:t>A Játék 2026. október 15. napjától 2026. november 30. napjáig tart.</w:t>
      </w:r>
    </w:p>
    <w:p w14:paraId="55076D9A" w14:textId="77777777" w:rsidR="002124F6" w:rsidRDefault="00000000">
      <w:r>
        <w:t>3.2. A sorsolások tervezett időpontjai:</w:t>
      </w:r>
    </w:p>
    <w:p w14:paraId="190495C6" w14:textId="77777777" w:rsidR="002124F6" w:rsidRPr="00DA5DCC" w:rsidRDefault="00000000">
      <w:pPr>
        <w:pStyle w:val="Felsorols"/>
      </w:pPr>
      <w:r w:rsidRPr="00DA5DCC">
        <w:t>1. sorsolás: 2026. október 30.</w:t>
      </w:r>
    </w:p>
    <w:p w14:paraId="5FF284D3" w14:textId="77777777" w:rsidR="002124F6" w:rsidRPr="00DA5DCC" w:rsidRDefault="00000000">
      <w:pPr>
        <w:pStyle w:val="Felsorols"/>
      </w:pPr>
      <w:r w:rsidRPr="00DA5DCC">
        <w:t>2. sorsolás: 2026. november 14.</w:t>
      </w:r>
    </w:p>
    <w:p w14:paraId="75DE7FD2" w14:textId="77777777" w:rsidR="002124F6" w:rsidRPr="00DA5DCC" w:rsidRDefault="00000000">
      <w:pPr>
        <w:pStyle w:val="Felsorols"/>
      </w:pPr>
      <w:r w:rsidRPr="00DA5DCC">
        <w:t>3. sorsolás: 2026. december 1.</w:t>
      </w:r>
    </w:p>
    <w:p w14:paraId="73DA8E14" w14:textId="77777777" w:rsidR="002124F6" w:rsidRDefault="00000000">
      <w:r>
        <w:lastRenderedPageBreak/>
        <w:t>3.3. A harmadik sorsolásra a Játék időtartamának lezárását követően kerül sor. A Játékban azok a résztvevők vehetnek részt, akik a jelen szabályzatban foglalt feltételeknek megfelelnek.</w:t>
      </w:r>
    </w:p>
    <w:p w14:paraId="22897999" w14:textId="77777777" w:rsidR="002124F6" w:rsidRDefault="00000000">
      <w:pPr>
        <w:pStyle w:val="Cmsor1"/>
      </w:pPr>
      <w:r>
        <w:t>4. A JÁTÉK MENETE</w:t>
      </w:r>
    </w:p>
    <w:p w14:paraId="0F0A9E74" w14:textId="77777777" w:rsidR="002124F6" w:rsidRDefault="00000000">
      <w:r>
        <w:t>4.1. A Szervező a Játékot a Játéksziget online felületein, a hírlevél-feliratkozáshoz kapcsolódó kommunikációban hirdeti meg.</w:t>
      </w:r>
    </w:p>
    <w:p w14:paraId="256D80A3" w14:textId="77777777" w:rsidR="002124F6" w:rsidRDefault="00000000">
      <w:r>
        <w:t>4.2. A részvételhez a résztvevőnek fel kell iratkoznia a Játéksziget hírlevelére. A feliratkozás sikerességét a Szervező hírlevélküldő rendszere rögzíti.</w:t>
      </w:r>
    </w:p>
    <w:p w14:paraId="74ECC567" w14:textId="77777777" w:rsidR="002124F6" w:rsidRDefault="00000000">
      <w:r>
        <w:t>4.3. A Játék időtartama alatt három különálló sorsolásra kerül sor. Mindegyik sorsolás során egy-egy nyertes kerül kiválasztásra az érvényes résztvevők közül, véletlenszerű sorsolással.</w:t>
      </w:r>
    </w:p>
    <w:p w14:paraId="3A5DF89B" w14:textId="77777777" w:rsidR="002124F6" w:rsidRDefault="00000000">
      <w:r>
        <w:t>4.4. A résztvevőknek nem szükséges minden sorsolás előtt újra feliratkozniuk vagy külön jelentkezniük: egy érvényes feliratkozás mindhárom sorsoláson való részvételre jogosít.</w:t>
      </w:r>
    </w:p>
    <w:p w14:paraId="42171346" w14:textId="77777777" w:rsidR="002124F6" w:rsidRDefault="00000000">
      <w:r>
        <w:t>4.5. A Szervező a sorsolás lebonyolítását és eredményét dokumentálja.</w:t>
      </w:r>
    </w:p>
    <w:p w14:paraId="0A4B2A6B" w14:textId="77777777" w:rsidR="002124F6" w:rsidRDefault="00000000">
      <w:pPr>
        <w:pStyle w:val="Cmsor1"/>
      </w:pPr>
      <w:r>
        <w:t>5. A NYEREMÉNYEK</w:t>
      </w:r>
    </w:p>
    <w:p w14:paraId="00A6F104" w14:textId="020FB35F" w:rsidR="002124F6" w:rsidRDefault="00000000">
      <w:r>
        <w:t>5.1. A Játék során összesen 3 (három) nyertes kerül kisorsolásra. Minden nyertes 1 (</w:t>
      </w:r>
      <w:proofErr w:type="spellStart"/>
      <w:r>
        <w:t>egy</w:t>
      </w:r>
      <w:proofErr w:type="spellEnd"/>
      <w:r>
        <w:t xml:space="preserve">) </w:t>
      </w:r>
      <w:proofErr w:type="spellStart"/>
      <w:r>
        <w:t>darab</w:t>
      </w:r>
      <w:proofErr w:type="spellEnd"/>
      <w:r>
        <w:t xml:space="preserve"> </w:t>
      </w:r>
      <w:r w:rsidR="00DA5DCC">
        <w:t xml:space="preserve">60 000 Ft </w:t>
      </w:r>
      <w:proofErr w:type="spellStart"/>
      <w:r w:rsidR="00DA5DCC">
        <w:t>értékű</w:t>
      </w:r>
      <w:proofErr w:type="spellEnd"/>
      <w:r w:rsidR="00DA5DCC">
        <w:t xml:space="preserve"> </w:t>
      </w:r>
      <w:r>
        <w:t xml:space="preserve">LEGO® </w:t>
      </w:r>
      <w:proofErr w:type="spellStart"/>
      <w:r>
        <w:t>ajándékcsomagot</w:t>
      </w:r>
      <w:proofErr w:type="spellEnd"/>
      <w:r>
        <w:t xml:space="preserve"> </w:t>
      </w:r>
      <w:proofErr w:type="spellStart"/>
      <w:r>
        <w:t>nyer</w:t>
      </w:r>
      <w:proofErr w:type="spellEnd"/>
      <w:r>
        <w:t>.</w:t>
      </w:r>
    </w:p>
    <w:p w14:paraId="1F78C507" w14:textId="77777777" w:rsidR="002124F6" w:rsidRDefault="00000000">
      <w:r>
        <w:t>5.2. Az egyes LEGO® ajándékcsomagok értéke egyenként 60 000 Ft, azaz hatvanezer forint. A három nyeremény összértéke 180 000 Ft, azaz száznyolcvanezer forint.</w:t>
      </w:r>
    </w:p>
    <w:p w14:paraId="772B5536" w14:textId="77777777" w:rsidR="002124F6" w:rsidRDefault="00000000">
      <w:r>
        <w:t>5.3. A csomagokat a Szervező különböző érdeklődésű gyermekek számára állítja össze. A csomagok között fiús, lányos és vegyes összeállítások szerepelhetnek, elsősorban a 4–12 éves korosztály igényeire tekintettel.</w:t>
      </w:r>
    </w:p>
    <w:p w14:paraId="547102BF" w14:textId="77777777" w:rsidR="002124F6" w:rsidRDefault="00000000">
      <w:r>
        <w:t>5.4. A nyeremények pontos összetételét a Szervező határozza meg. A nyeremény készpénzre nem váltható, más nyereményre nem cserélhető, és – a Szervező eltérő írásbeli engedélye hiányában – másra át nem ruházható.</w:t>
      </w:r>
    </w:p>
    <w:p w14:paraId="0E8340DE" w14:textId="77777777" w:rsidR="002124F6" w:rsidRDefault="00000000">
      <w:r>
        <w:t>5.5. A Szervező fenntartja a jogot arra, hogy a nyereménycsomagok összetételét azonos értékű, illetve jellegű termékekkel helyettesítse, amennyiben valamely termék nem elérhető.</w:t>
      </w:r>
    </w:p>
    <w:p w14:paraId="5C5C3234" w14:textId="77777777" w:rsidR="002124F6" w:rsidRDefault="00000000">
      <w:pPr>
        <w:pStyle w:val="Cmsor1"/>
      </w:pPr>
      <w:r>
        <w:t>6. SORSOLÁS ÉS NYERTESEK ÉRTESÍTÉSE</w:t>
      </w:r>
    </w:p>
    <w:p w14:paraId="57FEDF83" w14:textId="77777777" w:rsidR="002124F6" w:rsidRDefault="00000000">
      <w:r>
        <w:t>6.1. A Szervező a nyerteseket a 3. pontban meghatározott időpontokban, véletlenszerű sorsolással választja ki az érvényes résztvevők közül.</w:t>
      </w:r>
    </w:p>
    <w:p w14:paraId="67D190A2" w14:textId="77777777" w:rsidR="002124F6" w:rsidRDefault="00000000">
      <w:r>
        <w:t>6.2. A Szervező a nyerteseket a feliratkozás során megadott e-mail-címen értesíti a sorsolást követően.</w:t>
      </w:r>
    </w:p>
    <w:p w14:paraId="6DA69434" w14:textId="77777777" w:rsidR="002124F6" w:rsidRDefault="00000000">
      <w:r>
        <w:t xml:space="preserve">6.3. </w:t>
      </w:r>
      <w:r w:rsidRPr="00DA5DCC">
        <w:rPr>
          <w:b/>
          <w:bCs/>
        </w:rPr>
        <w:t>A nyertesnek az értesítő e-mail kézhezvételétől számított 5 (öt) naptári napon belül e-mailben vissza kell jeleznie a Szervezőnek, és egyeztetnie kell a nyeremény átvételéhez szükséges részleteket.</w:t>
      </w:r>
    </w:p>
    <w:p w14:paraId="2A908AAC" w14:textId="77777777" w:rsidR="002124F6" w:rsidRDefault="00000000">
      <w:r>
        <w:t>6.4. Amennyiben a nyertes az értesítéstől számított 5 naptári napon belül nem jelentkezik, vagy a nyeremény átvételéhez szükséges egyeztetést nem kezdeményezi, a Szervező jogosult az adott sorsolásra vonatkozóan új nyertest sorsolni.</w:t>
      </w:r>
    </w:p>
    <w:p w14:paraId="0624C506" w14:textId="77777777" w:rsidR="002124F6" w:rsidRDefault="00000000">
      <w:r>
        <w:t>6.5. Amennyiben a nyertes e-mail-címe hibás vagy elérhetetlen, illetve az értesítés más okból nem jut el hozzá, a Szervező jogosult új nyertest sorsolni.</w:t>
      </w:r>
    </w:p>
    <w:p w14:paraId="4BA7372B" w14:textId="77777777" w:rsidR="002124F6" w:rsidRDefault="00000000">
      <w:r>
        <w:t>6.6. A Szervező fenntartja a jogot, hogy a nyeremény átadásához szükséges adatok megadása vagy az átadás egyeztetése során a nyertes személyazonosságát és a részvételi feltételek teljesülését ellenőrizze.</w:t>
      </w:r>
    </w:p>
    <w:p w14:paraId="68FC4B1A" w14:textId="77777777" w:rsidR="002124F6" w:rsidRDefault="00000000">
      <w:pPr>
        <w:pStyle w:val="Cmsor1"/>
      </w:pPr>
      <w:r>
        <w:t>7. A NYEREMÉNY ÁTADÁSA</w:t>
      </w:r>
    </w:p>
    <w:p w14:paraId="31DA2686" w14:textId="77777777" w:rsidR="002124F6" w:rsidRDefault="00000000">
      <w:r>
        <w:t>7.1. A nyeremény átadásának módját, helyét és időpontját a Szervező a nyertessel e-mailben egyezteti.</w:t>
      </w:r>
    </w:p>
    <w:p w14:paraId="1904A2BF" w14:textId="77777777" w:rsidR="002124F6" w:rsidRDefault="00000000">
      <w:r>
        <w:t>7.2. A nyeremény átadásához a nyertesnek meg kell adnia az átadáshoz feltétlenül szükséges adatokat. A Szervező ezen adatokat kizárólag a nyeremény átadása és az ahhoz kapcsolódó kötelezettségek teljesítése céljából, a vonatkozó adatvédelmi szabályok szerint kezeli.</w:t>
      </w:r>
    </w:p>
    <w:p w14:paraId="61E43879" w14:textId="77777777" w:rsidR="002124F6" w:rsidRDefault="00000000">
      <w:r>
        <w:t>7.3. A nyeremény átvételének részleteiről a Szervező a nyertest az értesítő e-mailben vagy az azt követő egyeztetés során tájékoztatja.</w:t>
      </w:r>
    </w:p>
    <w:p w14:paraId="0B5777EA" w14:textId="77777777" w:rsidR="002124F6" w:rsidRDefault="00000000">
      <w:pPr>
        <w:pStyle w:val="Cmsor1"/>
      </w:pPr>
      <w:r>
        <w:t>8. ADÓZÁS</w:t>
      </w:r>
    </w:p>
    <w:p w14:paraId="35A00C72" w14:textId="77777777" w:rsidR="002124F6" w:rsidRDefault="00000000">
      <w:r>
        <w:t>8.1. A nyereményhez kapcsolódó esetleges adó- és közteherfizetési kötelezettségeket a Szervező a hatályos jogszabályok szerint teljesíti.</w:t>
      </w:r>
    </w:p>
    <w:p w14:paraId="580A5358" w14:textId="77777777" w:rsidR="002124F6" w:rsidRDefault="00000000">
      <w:pPr>
        <w:pStyle w:val="Cmsor1"/>
      </w:pPr>
      <w:r>
        <w:t>9. ADATKEZELÉS</w:t>
      </w:r>
    </w:p>
    <w:p w14:paraId="1F2C4052" w14:textId="77777777" w:rsidR="002124F6" w:rsidRDefault="00000000">
      <w:r>
        <w:t>9.1. A Játék lebonyolítása során a Szervező a hírlevél-feliratkozással összefüggésben megadott adatokat, különösen az e-mail-címet, a Játék lebonyolítása, a résztvevők nyilvántartása és a nyertesek értesítése céljából kezeli.</w:t>
      </w:r>
    </w:p>
    <w:p w14:paraId="7FAC4C19" w14:textId="77777777" w:rsidR="002124F6" w:rsidRDefault="00000000">
      <w:r>
        <w:t>9.2. A nyertesek esetében a Szervező a nyeremény átadásához szükséges további adatokat is kezelheti, kizárólag az átadás lebonyolításához szükséges mértékben.</w:t>
      </w:r>
    </w:p>
    <w:p w14:paraId="0FF051C6" w14:textId="77777777" w:rsidR="002124F6" w:rsidRDefault="00000000">
      <w:r>
        <w:t>9.3. A személyes adatok kezelésének részletes feltételeit, az adatkezelés jogalapját és időtartamát, valamint az érintettek jogait a Szervező adatkezelési tájékoztatója tartalmazza.</w:t>
      </w:r>
    </w:p>
    <w:p w14:paraId="117DC19E" w14:textId="71714333" w:rsidR="002124F6" w:rsidRDefault="00000000">
      <w:proofErr w:type="spellStart"/>
      <w:r>
        <w:t>Adatkezelési</w:t>
      </w:r>
      <w:proofErr w:type="spellEnd"/>
      <w:r>
        <w:t xml:space="preserve"> </w:t>
      </w:r>
      <w:proofErr w:type="spellStart"/>
      <w:r>
        <w:t>tájékoztató</w:t>
      </w:r>
      <w:proofErr w:type="spellEnd"/>
      <w:r>
        <w:t>: [</w:t>
      </w:r>
      <w:r w:rsidR="00A45F91" w:rsidRPr="00A45F91">
        <w:t>https://www.jateksziget.hu/shop_help.php?tab=privacy_policy</w:t>
      </w:r>
      <w:r>
        <w:t>]</w:t>
      </w:r>
    </w:p>
    <w:p w14:paraId="20799614" w14:textId="77777777" w:rsidR="002124F6" w:rsidRDefault="00000000">
      <w:r>
        <w:t>9.4. A hírlevélről való leiratkozás a hírlevélben szereplő leiratkozási lehetőségen keresztül bármikor kezdeményezhető. A hírlevélről való leiratkozás nem érinti a korábban jogszerűen végzett adatkezelés jogszerűségét.</w:t>
      </w:r>
    </w:p>
    <w:p w14:paraId="737F4246" w14:textId="77777777" w:rsidR="002124F6" w:rsidRDefault="00000000">
      <w:pPr>
        <w:pStyle w:val="Cmsor1"/>
      </w:pPr>
      <w:r>
        <w:t>10. VEGYES RENDELKEZÉSEK</w:t>
      </w:r>
    </w:p>
    <w:p w14:paraId="741E5C6E" w14:textId="77777777" w:rsidR="002124F6" w:rsidRDefault="00000000">
      <w:r>
        <w:t>10.1. A Játékot a Facebook nem szponzorálja, nem támogatja, nem kezeli, és nem áll kapcsolatban vele. A résztvevők a Játékkal kapcsolatban nem a Facebookhoz, hanem a Szervezőhöz fordulhatnak.</w:t>
      </w:r>
    </w:p>
    <w:p w14:paraId="4BCCE278" w14:textId="77777777" w:rsidR="002124F6" w:rsidRDefault="00000000">
      <w:r>
        <w:t>10.2. A LEGO® a LEGO Csoport bejegyzett védjegye. A Játékot a Replica 2017 Kft. szervezi; a promóció nem a LEGO Csoport által szervezett, támogatott vagy jóváhagyott játék.</w:t>
      </w:r>
    </w:p>
    <w:p w14:paraId="0E18EED6" w14:textId="77777777" w:rsidR="002124F6" w:rsidRDefault="00000000">
      <w:r>
        <w:t>10.3. A Szervező fenntartja a jogot, hogy indokolt esetben a Játékot vagy a jelen játékszabályzatot módosítsa, illetve a Játékot megszüntesse. Az esetleges módosításokról a résztvevőket a Játéksziget online felületein tájékoztatja, a vonatkozó jogszabályok betartásával.</w:t>
      </w:r>
    </w:p>
    <w:p w14:paraId="6D8F4807" w14:textId="77777777" w:rsidR="002124F6" w:rsidRDefault="00000000">
      <w:r>
        <w:t>10.4. A jelen játékszabályzatban nem rendezett kérdésekben a hatályos magyar jogszabályok rendelkezései irányadók.</w:t>
      </w:r>
    </w:p>
    <w:p w14:paraId="2CCB2EE7" w14:textId="77777777" w:rsidR="002124F6" w:rsidRDefault="00000000">
      <w:pPr>
        <w:spacing w:before="320"/>
      </w:pPr>
      <w:r>
        <w:rPr>
          <w:b/>
        </w:rPr>
        <w:t>Kelt: 2026. október 15.</w:t>
      </w:r>
    </w:p>
    <w:p w14:paraId="09D31F39" w14:textId="77777777" w:rsidR="002124F6" w:rsidRDefault="00000000">
      <w:pPr>
        <w:jc w:val="right"/>
      </w:pPr>
      <w:r>
        <w:rPr>
          <w:b/>
        </w:rPr>
        <w:t>Replica 2017 Kft.</w:t>
      </w:r>
    </w:p>
    <w:p w14:paraId="0361963E" w14:textId="77777777" w:rsidR="002124F6" w:rsidRDefault="00000000">
      <w:pPr>
        <w:jc w:val="right"/>
      </w:pPr>
      <w:r>
        <w:t>Játéksziget</w:t>
      </w:r>
    </w:p>
    <w:sectPr w:rsidR="002124F6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7252661">
    <w:abstractNumId w:val="8"/>
  </w:num>
  <w:num w:numId="2" w16cid:durableId="1453358213">
    <w:abstractNumId w:val="6"/>
  </w:num>
  <w:num w:numId="3" w16cid:durableId="1913811243">
    <w:abstractNumId w:val="5"/>
  </w:num>
  <w:num w:numId="4" w16cid:durableId="681735737">
    <w:abstractNumId w:val="4"/>
  </w:num>
  <w:num w:numId="5" w16cid:durableId="1337458852">
    <w:abstractNumId w:val="7"/>
  </w:num>
  <w:num w:numId="6" w16cid:durableId="113911471">
    <w:abstractNumId w:val="3"/>
  </w:num>
  <w:num w:numId="7" w16cid:durableId="1577864938">
    <w:abstractNumId w:val="2"/>
  </w:num>
  <w:num w:numId="8" w16cid:durableId="2143378009">
    <w:abstractNumId w:val="1"/>
  </w:num>
  <w:num w:numId="9" w16cid:durableId="12786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27B"/>
    <w:rsid w:val="0015074B"/>
    <w:rsid w:val="002124F6"/>
    <w:rsid w:val="0029639D"/>
    <w:rsid w:val="00326F90"/>
    <w:rsid w:val="00A45F91"/>
    <w:rsid w:val="00AA1D8D"/>
    <w:rsid w:val="00B47730"/>
    <w:rsid w:val="00CB0664"/>
    <w:rsid w:val="00DA5D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515C3"/>
  <w14:defaultImageDpi w14:val="300"/>
  <w15:docId w15:val="{C862662F-215C-4620-8477-04ADB65F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</w:pPr>
    <w:rPr>
      <w:rFonts w:ascii="Arial" w:eastAsia="Arial" w:hAnsi="Arial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A45F91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4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jateksziget.hu/hirlevel-feliratkoza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1017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Borhi Liliána</cp:lastModifiedBy>
  <cp:revision>3</cp:revision>
  <dcterms:created xsi:type="dcterms:W3CDTF">2013-12-23T23:15:00Z</dcterms:created>
  <dcterms:modified xsi:type="dcterms:W3CDTF">2026-10-14T22:48:00Z</dcterms:modified>
  <cp:category/>
</cp:coreProperties>
</file>